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של חודש כסליו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ושורשים (א-ו-ר, ח-נ-ך)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יהודי צפון אפריקה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הסיפור המרכזי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קיימים מנהגים שונים בקהילות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כינויים לגשמים בתחילת ובסוף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סביבון הוא צעצוע מסתובב ולא כלי נגינה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מהערכים המרכזיים הנלמדים בחג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א-ו-ר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להדלקת נרות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(צעצוע 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(אמונה בדבר טוב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(מאורע מיוחד שלא ניתן להסביר בדרך רגילה)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(קבוצת קרובים החוגגים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ניצחון המעט על הרב וחנוכת בית המקדש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שתיהן מהשורש ח-נ-ך, הקשור להתחלה ולהקניית 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תיאור מנהג אחד לפחות, הסבר קצר מניין המנהג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קישור אישי לערך, דוגמה מוחשית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ח-נ-ך, לדוגמה חינוך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מנהג רלוונטי שנלמד בדף (חג הבנות, לביבות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ניצחון החשמונאים וחנוכת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המילים במספר שפות מהמילון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עולים לשתף מנהג ממדינת המוצא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הפשוטה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על חודש כסליו וחג החנוכה. נתרגל גם מילים דומות ומנהגים ממדינות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חודש עברי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הנרות, זכר לניצחון ולחנוכת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קטן שמדליקים בחנוכייה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 ולא הוסבר בדרך רגילה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 טוב 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שמשחקים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להדלקת נרות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נבנות מילים במשפחה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כלליות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בשורש למילה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נרות יש בלילה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קשורה למילה 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אצל אילו יהודים חוגגים את חג הבנות?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הודו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מציין את ניצחון החשמונאים ואת חנוכת בית המקדש.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קהילות ישראל מדליקים חנוכה באותה דרך בדיוק, ללא הבדלים.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יורה ומלקוש הם שמות לגשמים בעונת החורף.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כלי נגינה המשמש בחג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'נס' ו'תקווה' קשורות לערכים של חג החנוכה.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חנוכה נגזרת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בלילה הראשון של חנוכה מדליקים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'מאור' שייכת למשפחת 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הנשים הנחוג בחנוכה אצל יהודי צפון אפריקה נקרא חג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עונת הגשמים הראשונים בכסליו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צעצוע מסתובב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קרובים החוגגים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להדלקת נרות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בדבר טוב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מאורע מיוחד שלא ניתן להסביר בדרך רגילה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בקצרה מהו הנס שחג החנוכה מציין.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בקצרה את הקשר בין המילים 'חנוכה' ו'חינוך'.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מנהג חנוכה ממדינה או קהילה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ערך אחד (אור, תקווה, נס, אומץ, ערבות הדדית) וכתבו כיצד הוא בא לידי ביטוי בחייכם.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 המילה חנוכה ואיזו מילה נוספת שייכת אליו?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מנהג חנוכה אחד מקהילה שאינה שלכם.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הנס המרכזי שחג החנוכה מציין?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