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של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ושורשים (א-ו-ר, ח-נ-ך)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הסיפור המרכזי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כינויים לגשמים בתחילת ובסוף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סביבון הוא צעצוע מסתובב ולא כלי נגינה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א-ו-ר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להדלקת נרות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(אמונה בדבר טוב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(מאורע מיוחד שלא ניתן להסביר בדרך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ניצחון המעט על הרב וחנוכת בית המקדש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תיאור מנהג אחד לפחות, הסבר קצר מניין המנהג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ח-נ-ך, לדוגמה חינוך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מנהג רלוונטי שנלמד בדף (חג הבנות, לביבות וכד')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 החשמונאים וחנוכת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המילים במספר שפות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עולים לשתף מנהג ממדינת המוצא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מילים ומושגים הקשורים לחודש כסליו ולחג החנוכה, כולל שורשים, ערכים ומנהגים מקהילות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אחד  ·  ח-נ-ך  ·  א-ו-ר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 כלליות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עברי חל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השורש של המילה 'חנוכה' משותף גם למילה: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חכמה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מציין את ניצחון החשמונאים ואת חנוכת בית המקדש.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יורה ומלקוש הם שמות לגשמים בעונת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סביבון הוא כלי נגינה המשמש בחג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חנוכה נגזרת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בלילה הראשון של חנוכה מדליקים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'מאור' שייכת למשפחת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אמונה בדבר טוב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מאורע מיוחד שלא ניתן להסביר בדרך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להדלקת נרות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צעצוע מסתובב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בקצרה מהו הנס שחג החנוכה מציין.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על מנהג חנוכה ממדינה או קהילה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 המילה חנוכה ואיזו מילה נוספת שייכת אליו?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מנהג חנוכה אחד מקהילה שאינה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